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תודה והכרת הטוב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"תודה והכרת הטוב"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🙏 תודה והכרת הטוב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תּוֹדָה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🙏 תודה והכרת הטוב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🙏 💐 😊  משפט השבוע: תּוֹדָה – מִלָּה קְטַנָּה, לֵב גָּדוֹל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שׁוֹמְרִים  |  תּוֹדָה  |  בְּסַבְלָנוּת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"תּוֹדָה – מִלָּה קְטַנָּה, לֵב גָּדוֹל"?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🙏 תודה והכרת הטוב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🤝 חברות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לצייר ציור תודה למישהו בבית הספר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להגיד תודה לשלושה אנשים כל 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– מִלָּה קְטַנָּה, לֵב גָּדוֹל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למי תרצו להגיד תודה היום?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להגיד תודה לשלושה אנשים כל יום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תודה והכרת הטוב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