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תודה והכרת הטוב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"תודה והכרת הטוב"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קוראים יחד את המילון. התרגומים במילון – לוודא עם דוברי השפה.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משפטים קצרים. מותר להיעזר בבנק המילים ובמילון.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עזרה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thank you / спасибо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help / помощь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good / хороший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smile / улыбка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תודה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שלם עם פועל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🙏 תודה והכרת הטוב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קוראים: תודה זו מילה שאומרים כשמישהו עוזר לנו או נותן לנו משהו טוב.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/ תרגום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תודה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thank you · спасибо · አመሰግናለሁ · شكرًا · merci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עזרה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help · помощь · እርዳታ · مساعدة · aide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טוב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good · хороший · ጥሩ · جيد · bon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חיוך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smile · улыбка · ፈገግታ · ابتسامة · sourire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תודה  |  עזרה  |  טוב  |  חיוך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בחרו את המילה העברית שפירושה: help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עזרה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טוב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תודה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מתאימים מילה לתרגום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תודה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good / хороший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עזרה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help / помощь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טוב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thank you / спасибо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חיוך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smile / улыбка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________ זו מילה שאומרים כשמישהו עוזר לנו או נותן לנו משהו טוב.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משפט קצר עם המילה "תודה".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למי תרצו להגיד תודה היום?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אני והערך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השלימו: השבוע אני רוצה ________ (בחרו: להגיד תודה לשלושה אנשים כל יום / לצייר ציור תודה למישהו בבית הספר)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 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תודה והכרת הטוב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