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תודה והכרת הטוב</w:t>
      </w:r>
    </w:p>
    <w:p>
      <w:pPr>
        <w:bidi/>
        <w:jc w:val="right"/>
      </w:pPr>
      <w:r>
        <w:rPr>
          <w:rFonts w:ascii="Arial" w:hAnsi="Arial" w:cs="Arial"/>
          <w:sz w:val="24"/>
          <w:rtl/>
          <w:szCs w:val="24"/>
        </w:rPr>
        <w:t>• 🎯 מטרה: לתרגל את ערך השבוע "תודה והכרת הטוב"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לשים לב לטוב שקיבלנו, להודות עליו בקול ולהחזיר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קשר של אמון, הנאה ודאגה הדדית בין אנשים שבוחרים זה בזה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היכולת לחכות, להתמיד ולהישאר רגועים גם כשמשהו לוקח זמן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לעמוד במה שהבטחנו, לדאוג לדברים ולאנשים ולתקן כשטעינו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שמחפש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5 (תמיד, לא משנה איזה מספר בחרתם)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תודה והכרת הטוב – דף תרגול</w:t>
      </w:r>
    </w:p>
    <w:p>
      <w:pPr>
        <w:bidi/>
        <w:jc w:val="right"/>
      </w:pPr>
      <w:r>
        <w:rPr>
          <w:rFonts w:ascii="Arial" w:hAnsi="Arial" w:cs="Arial"/>
          <w:color w:val="555577"/>
          <w:sz w:val="24"/>
          <w:rtl/>
          <w:szCs w:val="24"/>
        </w:rPr>
        <w:t>ערך השבוע: תודה והכרת הטוב – לשים לב לטוב שקיבלנו, להודות עליו בקול ולהחזיר טוב.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ליה כתבה פתק תודה קטן למורה שעזרה לה לפני מבחן. היא היססה, כי חששה שיגידו שהיא מתחנפת. בסוף השאירה אותו על השולחן בלי חתימה. מה ההבדל בין תודה כנה לבין חנופה?</w:t>
      </w:r>
    </w:p>
    <w:p>
      <w:pPr>
        <w:bidi/>
        <w:jc w:val="right"/>
      </w:pPr>
      <w:r>
        <w:rPr>
          <w:rFonts w:ascii="Arial" w:hAnsi="Arial" w:cs="Arial"/>
          <w:sz w:val="24"/>
          <w:rtl/>
          <w:szCs w:val="24"/>
        </w:rPr>
        <w:t>1. האם אפשר להודות גם על דבר קשה שלימד אותנו משהו?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מודים בלי שזה ייראה מוזר?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נימוס לבין הכרת הטוב?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"תודה והכרת הטוב"?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להודות למישהו שבדרך כלל לא שמים לב אליו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לרשום כל ערב דבר טוב אחד שקרה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לכתוב פתק תודה למישהו שעזר לי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היכולת לחכות, להתמיד ולהישאר רגועים גם כשמשהו לוקח זמן</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קשר של אמון, הנאה ודאגה הדדית בין אנשים שבוחרים זה בזה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לעמוד במה שהבטחנו, לדאוג לדברים ולאנשים ולתקן כשטעינו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לשים לב לטוב שקיבלנו, להודות עליו בקול ולהחזיר טוב</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"מי ________ טוב – מוצא אותו בכל פינה"</w:t>
      </w:r>
    </w:p>
    <w:p>
      <w:pPr>
        <w:bidi/>
        <w:jc w:val="right"/>
      </w:pPr>
      <w:r>
        <w:rPr>
          <w:rFonts w:ascii="Arial" w:hAnsi="Arial" w:cs="Arial"/>
          <w:sz w:val="24"/>
          <w:rtl/>
          <w:szCs w:val="24"/>
        </w:rPr>
        <w:t>2. 🧩 חידה: חשבו על מספר. כפלו אותו ב-2, הוסיפו 10, חלקו ב-2 והחסירו את המספר שחשבתם. מה יצא?</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לכתוב פתק תודה למישהו שעזר לי · לרשום כל ערב דבר טוב אחד שקרה · להודות למישהו שבדרך כלל לא שמים לב אליו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הכרת הטוב?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הדבר הטוב ביותר שקרה לכם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תודה והכרת הטוב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